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62236" w14:textId="77777777" w:rsidR="00C40049" w:rsidRDefault="00C40049" w:rsidP="00C40049">
      <w:pPr>
        <w:pStyle w:val="Ttulo1"/>
        <w:jc w:val="center"/>
        <w:rPr>
          <w:lang w:val="pt-PT"/>
        </w:rPr>
      </w:pPr>
      <w:r>
        <w:rPr>
          <w:noProof/>
        </w:rPr>
        <w:drawing>
          <wp:inline distT="0" distB="0" distL="0" distR="0" wp14:anchorId="46B27A02" wp14:editId="41620C82">
            <wp:extent cx="2082800" cy="997150"/>
            <wp:effectExtent l="0" t="0" r="0" b="0"/>
            <wp:docPr id="131041947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42" t="14331" r="7822" b="360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865" cy="1019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DBDEFF" w14:textId="6CB73697" w:rsidR="00C7393F" w:rsidRPr="00C40049" w:rsidRDefault="00000000" w:rsidP="00322F97">
      <w:pPr>
        <w:pStyle w:val="Ttulo1"/>
        <w:jc w:val="center"/>
        <w:rPr>
          <w:lang w:val="pt-PT"/>
        </w:rPr>
      </w:pPr>
      <w:r w:rsidRPr="00C40049">
        <w:rPr>
          <w:lang w:val="pt-PT"/>
        </w:rPr>
        <w:t>FORMULÁRIO DE CANDIDATURA</w:t>
      </w:r>
    </w:p>
    <w:p w14:paraId="06749E7B" w14:textId="50EA8559" w:rsidR="00C7393F" w:rsidRPr="00C40049" w:rsidRDefault="00000000" w:rsidP="00322F97">
      <w:pPr>
        <w:jc w:val="both"/>
        <w:rPr>
          <w:lang w:val="pt-PT"/>
        </w:rPr>
      </w:pPr>
      <w:r w:rsidRPr="00C40049">
        <w:rPr>
          <w:lang w:val="pt-PT"/>
        </w:rPr>
        <w:t>Programa FORTES – Subvenções para o Fortalecimento das Associações Estudantis e Juvenis</w:t>
      </w:r>
      <w:r w:rsidRPr="00C40049">
        <w:rPr>
          <w:lang w:val="pt-PT"/>
        </w:rPr>
        <w:br/>
      </w:r>
    </w:p>
    <w:p w14:paraId="1DF55D7A" w14:textId="5381C739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t>1. INFORMAÇÕES GERAIS DA ORGANIZAÇÃO</w:t>
      </w:r>
    </w:p>
    <w:p w14:paraId="690FDE32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Nome da Organização:</w:t>
      </w:r>
    </w:p>
    <w:p w14:paraId="20CC0BF1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Sigla (se aplicável):</w:t>
      </w:r>
    </w:p>
    <w:p w14:paraId="4EF2E5FB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Tipo de Organização:</w:t>
      </w:r>
    </w:p>
    <w:p w14:paraId="576DA852" w14:textId="19D32010" w:rsidR="00C7393F" w:rsidRPr="00C40049" w:rsidRDefault="00000000">
      <w:pPr>
        <w:rPr>
          <w:lang w:val="pt-PT"/>
        </w:rPr>
      </w:pPr>
      <w:r w:rsidRPr="00C40049">
        <w:rPr>
          <w:lang w:val="pt-PT"/>
        </w:rPr>
        <w:t>(</w:t>
      </w:r>
      <w:r w:rsidR="00C40049">
        <w:rPr>
          <w:lang w:val="pt-PT"/>
        </w:rPr>
        <w:t xml:space="preserve"> </w:t>
      </w:r>
      <w:r w:rsidRPr="00C40049">
        <w:rPr>
          <w:lang w:val="pt-PT"/>
        </w:rPr>
        <w:t>) Associação de Estudantes</w:t>
      </w:r>
    </w:p>
    <w:p w14:paraId="238D8F26" w14:textId="34C4C580" w:rsidR="00C7393F" w:rsidRDefault="00000000">
      <w:pPr>
        <w:rPr>
          <w:lang w:val="pt-PT"/>
        </w:rPr>
      </w:pPr>
      <w:r w:rsidRPr="00C40049">
        <w:rPr>
          <w:lang w:val="pt-PT"/>
        </w:rPr>
        <w:t>( ) Associação Juvenil liderada por estudantes</w:t>
      </w:r>
    </w:p>
    <w:p w14:paraId="65E7EFC2" w14:textId="77777777" w:rsidR="00C40049" w:rsidRPr="00C40049" w:rsidRDefault="00C40049">
      <w:pPr>
        <w:rPr>
          <w:lang w:val="pt-PT"/>
        </w:rPr>
      </w:pPr>
    </w:p>
    <w:p w14:paraId="08B97488" w14:textId="77777777" w:rsidR="00C7393F" w:rsidRPr="00C40049" w:rsidRDefault="00000000">
      <w:pPr>
        <w:rPr>
          <w:lang w:val="pt-PT"/>
        </w:rPr>
      </w:pPr>
      <w:r w:rsidRPr="00C40049">
        <w:rPr>
          <w:b/>
          <w:bCs/>
          <w:lang w:val="pt-PT"/>
        </w:rPr>
        <w:t>Ano de Criação</w:t>
      </w:r>
      <w:r w:rsidRPr="00C40049">
        <w:rPr>
          <w:lang w:val="pt-PT"/>
        </w:rPr>
        <w:t>:</w:t>
      </w:r>
    </w:p>
    <w:p w14:paraId="4DB84312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Situação Legal:</w:t>
      </w:r>
    </w:p>
    <w:p w14:paraId="30F1F630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( ) Legalmente constituída</w:t>
      </w:r>
    </w:p>
    <w:p w14:paraId="4D7E5173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( ) Em processo de formalização</w:t>
      </w:r>
    </w:p>
    <w:p w14:paraId="02078398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( ) Não formalizada</w:t>
      </w:r>
    </w:p>
    <w:p w14:paraId="75501763" w14:textId="77777777" w:rsidR="00C7393F" w:rsidRPr="00C40049" w:rsidRDefault="00C7393F">
      <w:pPr>
        <w:rPr>
          <w:lang w:val="pt-PT"/>
        </w:rPr>
      </w:pPr>
    </w:p>
    <w:p w14:paraId="1C9E2183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Endereço (Cidade/Província):</w:t>
      </w:r>
    </w:p>
    <w:p w14:paraId="79786266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Telefone:</w:t>
      </w:r>
    </w:p>
    <w:p w14:paraId="1A63CBA8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Email:</w:t>
      </w:r>
    </w:p>
    <w:p w14:paraId="0188B564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Website / Redes Sociais:</w:t>
      </w:r>
    </w:p>
    <w:p w14:paraId="74A36A22" w14:textId="77777777" w:rsidR="00C7393F" w:rsidRPr="00C40049" w:rsidRDefault="00C7393F">
      <w:pPr>
        <w:rPr>
          <w:lang w:val="pt-PT"/>
        </w:rPr>
      </w:pPr>
    </w:p>
    <w:p w14:paraId="6DA76FF5" w14:textId="0DE5D4E6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lastRenderedPageBreak/>
        <w:t>2. REPRESENTANTE LEGAL / PONTO FOCAL</w:t>
      </w:r>
    </w:p>
    <w:p w14:paraId="4B7F0988" w14:textId="77777777" w:rsidR="00C7393F" w:rsidRPr="00C40049" w:rsidRDefault="00000000">
      <w:pPr>
        <w:rPr>
          <w:lang w:val="pt-PT"/>
        </w:rPr>
      </w:pPr>
      <w:r w:rsidRPr="00C40049">
        <w:rPr>
          <w:b/>
          <w:bCs/>
          <w:lang w:val="pt-PT"/>
        </w:rPr>
        <w:t>Nome Completo</w:t>
      </w:r>
      <w:r w:rsidRPr="00C40049">
        <w:rPr>
          <w:lang w:val="pt-PT"/>
        </w:rPr>
        <w:t>:</w:t>
      </w:r>
    </w:p>
    <w:p w14:paraId="639D863D" w14:textId="77777777" w:rsidR="00C7393F" w:rsidRPr="00C40049" w:rsidRDefault="00000000">
      <w:pPr>
        <w:rPr>
          <w:lang w:val="pt-PT"/>
        </w:rPr>
      </w:pPr>
      <w:r w:rsidRPr="00C40049">
        <w:rPr>
          <w:b/>
          <w:bCs/>
          <w:lang w:val="pt-PT"/>
        </w:rPr>
        <w:t>Cargo na Organização</w:t>
      </w:r>
      <w:r w:rsidRPr="00C40049">
        <w:rPr>
          <w:lang w:val="pt-PT"/>
        </w:rPr>
        <w:t>:</w:t>
      </w:r>
    </w:p>
    <w:p w14:paraId="2D33B837" w14:textId="77777777" w:rsidR="00C7393F" w:rsidRPr="00C40049" w:rsidRDefault="00000000">
      <w:pPr>
        <w:rPr>
          <w:lang w:val="pt-PT"/>
        </w:rPr>
      </w:pPr>
      <w:r w:rsidRPr="00C40049">
        <w:rPr>
          <w:b/>
          <w:bCs/>
          <w:lang w:val="pt-PT"/>
        </w:rPr>
        <w:t>Telefone</w:t>
      </w:r>
      <w:r w:rsidRPr="00C40049">
        <w:rPr>
          <w:lang w:val="pt-PT"/>
        </w:rPr>
        <w:t>:</w:t>
      </w:r>
    </w:p>
    <w:p w14:paraId="342ED898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Email:</w:t>
      </w:r>
    </w:p>
    <w:p w14:paraId="0438050E" w14:textId="77777777" w:rsidR="00C7393F" w:rsidRPr="00C40049" w:rsidRDefault="00C7393F">
      <w:pPr>
        <w:rPr>
          <w:lang w:val="pt-PT"/>
        </w:rPr>
      </w:pPr>
    </w:p>
    <w:p w14:paraId="0A20DBD9" w14:textId="54E29FE8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t>3. DESCRIÇÃO DA ORGANIZAÇÃO</w:t>
      </w:r>
    </w:p>
    <w:p w14:paraId="299ECAE8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Missão e principais áreas de atuação (máx. 150 palavras):</w:t>
      </w:r>
    </w:p>
    <w:p w14:paraId="4BDAED2A" w14:textId="77777777" w:rsidR="00C7393F" w:rsidRPr="00C40049" w:rsidRDefault="00C7393F">
      <w:pPr>
        <w:rPr>
          <w:lang w:val="pt-PT"/>
        </w:rPr>
      </w:pPr>
    </w:p>
    <w:p w14:paraId="4A68E1E0" w14:textId="151D5C41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t>4. EXPERIÊNCIA EM CAPTAÇÃO DE RECURSOS</w:t>
      </w:r>
    </w:p>
    <w:p w14:paraId="34AE30E8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A organização já recebeu algum financiamento anteriormente?</w:t>
      </w:r>
    </w:p>
    <w:p w14:paraId="199708A7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( ) Sim</w:t>
      </w:r>
    </w:p>
    <w:p w14:paraId="24E85432" w14:textId="2268DC58" w:rsidR="00C7393F" w:rsidRPr="00C40049" w:rsidRDefault="00000000">
      <w:pPr>
        <w:rPr>
          <w:lang w:val="pt-PT"/>
        </w:rPr>
      </w:pPr>
      <w:r w:rsidRPr="00C40049">
        <w:rPr>
          <w:lang w:val="pt-PT"/>
        </w:rPr>
        <w:t>( ) Não</w:t>
      </w:r>
    </w:p>
    <w:p w14:paraId="7FF2DB66" w14:textId="77777777" w:rsidR="00C7393F" w:rsidRPr="00C40049" w:rsidRDefault="00000000">
      <w:pPr>
        <w:rPr>
          <w:lang w:val="pt-PT"/>
        </w:rPr>
      </w:pPr>
      <w:r w:rsidRPr="00C40049">
        <w:rPr>
          <w:lang w:val="pt-PT"/>
        </w:rPr>
        <w:t>Se sim, indique a fonte e o valor aproximado:</w:t>
      </w:r>
    </w:p>
    <w:p w14:paraId="22D7E512" w14:textId="77777777" w:rsidR="00C7393F" w:rsidRPr="00C40049" w:rsidRDefault="00C7393F">
      <w:pPr>
        <w:rPr>
          <w:lang w:val="pt-PT"/>
        </w:rPr>
      </w:pPr>
    </w:p>
    <w:p w14:paraId="58428DBD" w14:textId="2BD9CE52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t>5. RESUMO DO POTENCIAL PROJETO</w:t>
      </w:r>
    </w:p>
    <w:p w14:paraId="0C446B59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Título do Projeto:</w:t>
      </w:r>
    </w:p>
    <w:p w14:paraId="37D6E716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Área Temática:</w:t>
      </w:r>
    </w:p>
    <w:p w14:paraId="4A6C01D8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Objetivo Geral:</w:t>
      </w:r>
    </w:p>
    <w:p w14:paraId="2C8FA6EB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Descrição resumida do projeto (máx. 300 palavras):</w:t>
      </w:r>
    </w:p>
    <w:p w14:paraId="1E034AFB" w14:textId="77777777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Resultados esperados:</w:t>
      </w:r>
    </w:p>
    <w:p w14:paraId="7F604F34" w14:textId="5A04B682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 xml:space="preserve">Valor solicitado (máx. USD </w:t>
      </w:r>
      <w:r w:rsidR="00605D83">
        <w:rPr>
          <w:b/>
          <w:bCs/>
          <w:lang w:val="pt-PT"/>
        </w:rPr>
        <w:t>1</w:t>
      </w:r>
      <w:r w:rsidRPr="00C40049">
        <w:rPr>
          <w:b/>
          <w:bCs/>
          <w:lang w:val="pt-PT"/>
        </w:rPr>
        <w:t>.000):</w:t>
      </w:r>
    </w:p>
    <w:p w14:paraId="15A5B0FC" w14:textId="25968656" w:rsidR="00C7393F" w:rsidRPr="00C40049" w:rsidRDefault="00000000">
      <w:pPr>
        <w:rPr>
          <w:b/>
          <w:bCs/>
          <w:lang w:val="pt-PT"/>
        </w:rPr>
      </w:pPr>
      <w:r w:rsidRPr="00C40049">
        <w:rPr>
          <w:b/>
          <w:bCs/>
          <w:lang w:val="pt-PT"/>
        </w:rPr>
        <w:t>Duração prevista do projeto:</w:t>
      </w:r>
    </w:p>
    <w:p w14:paraId="1F869B27" w14:textId="2E3F06AD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t xml:space="preserve">6. IMPACTO </w:t>
      </w:r>
    </w:p>
    <w:p w14:paraId="1B9E9822" w14:textId="4AA48BDD" w:rsidR="00C40049" w:rsidRDefault="00000000">
      <w:pPr>
        <w:rPr>
          <w:lang w:val="pt-PT"/>
        </w:rPr>
      </w:pPr>
      <w:r w:rsidRPr="00C40049">
        <w:rPr>
          <w:lang w:val="pt-PT"/>
        </w:rPr>
        <w:t>Explique como o projeto contribuirá para a educação</w:t>
      </w:r>
      <w:r w:rsidR="00C40049">
        <w:rPr>
          <w:lang w:val="pt-PT"/>
        </w:rPr>
        <w:t xml:space="preserve">, democracia, mudanças climáticas e/ou </w:t>
      </w:r>
      <w:r w:rsidRPr="00C40049">
        <w:rPr>
          <w:lang w:val="pt-PT"/>
        </w:rPr>
        <w:t>desenvolvimento social (máx. 200 palavras):</w:t>
      </w:r>
    </w:p>
    <w:p w14:paraId="61A0ACCD" w14:textId="77777777" w:rsidR="00C40049" w:rsidRPr="00C40049" w:rsidRDefault="00C40049">
      <w:pPr>
        <w:rPr>
          <w:lang w:val="pt-PT"/>
        </w:rPr>
      </w:pPr>
    </w:p>
    <w:p w14:paraId="0560F9FE" w14:textId="7CB0B2CB" w:rsidR="00C7393F" w:rsidRPr="00C40049" w:rsidRDefault="00000000" w:rsidP="00C40049">
      <w:pPr>
        <w:pStyle w:val="Ttulo2"/>
        <w:rPr>
          <w:lang w:val="pt-PT"/>
        </w:rPr>
      </w:pPr>
      <w:r w:rsidRPr="00C40049">
        <w:rPr>
          <w:lang w:val="pt-PT"/>
        </w:rPr>
        <w:lastRenderedPageBreak/>
        <w:t>7. DECLARAÇÃO E COMPROMISSO</w:t>
      </w:r>
    </w:p>
    <w:p w14:paraId="1ADBAE13" w14:textId="6B2A0774" w:rsidR="00C7393F" w:rsidRPr="00C40049" w:rsidRDefault="00000000">
      <w:pPr>
        <w:rPr>
          <w:lang w:val="pt-PT"/>
        </w:rPr>
      </w:pPr>
      <w:r w:rsidRPr="00C40049">
        <w:rPr>
          <w:lang w:val="pt-PT"/>
        </w:rPr>
        <w:t xml:space="preserve">Declaro que as informações prestadas neste formulário são verdadeiras e que a organização </w:t>
      </w:r>
      <w:r w:rsidR="00322F97" w:rsidRPr="00C40049">
        <w:rPr>
          <w:lang w:val="pt-PT"/>
        </w:rPr>
        <w:t>se compromete</w:t>
      </w:r>
      <w:r w:rsidRPr="00C40049">
        <w:rPr>
          <w:lang w:val="pt-PT"/>
        </w:rPr>
        <w:t xml:space="preserve"> a cumprir as regras do Programa FORTES.</w:t>
      </w:r>
    </w:p>
    <w:p w14:paraId="4D652912" w14:textId="77777777" w:rsidR="00C40049" w:rsidRDefault="00000000" w:rsidP="00C40049">
      <w:pPr>
        <w:spacing w:line="240" w:lineRule="auto"/>
      </w:pPr>
      <w:r>
        <w:t>Nome:</w:t>
      </w:r>
    </w:p>
    <w:p w14:paraId="590FF72A" w14:textId="199D94E1" w:rsidR="00C7393F" w:rsidRDefault="00000000" w:rsidP="00C40049">
      <w:pPr>
        <w:spacing w:line="240" w:lineRule="auto"/>
      </w:pPr>
      <w:r>
        <w:t>Assinatura:</w:t>
      </w:r>
    </w:p>
    <w:p w14:paraId="5489EAE3" w14:textId="77777777" w:rsidR="00C7393F" w:rsidRDefault="00000000" w:rsidP="00C40049">
      <w:pPr>
        <w:spacing w:line="240" w:lineRule="auto"/>
      </w:pPr>
      <w:r>
        <w:t>Data:</w:t>
      </w:r>
    </w:p>
    <w:p w14:paraId="4A04DE21" w14:textId="77777777" w:rsidR="00C7393F" w:rsidRDefault="00C7393F"/>
    <w:sectPr w:rsidR="00C7393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95544247">
    <w:abstractNumId w:val="8"/>
  </w:num>
  <w:num w:numId="2" w16cid:durableId="169372842">
    <w:abstractNumId w:val="6"/>
  </w:num>
  <w:num w:numId="3" w16cid:durableId="365762495">
    <w:abstractNumId w:val="5"/>
  </w:num>
  <w:num w:numId="4" w16cid:durableId="789202710">
    <w:abstractNumId w:val="4"/>
  </w:num>
  <w:num w:numId="5" w16cid:durableId="722799093">
    <w:abstractNumId w:val="7"/>
  </w:num>
  <w:num w:numId="6" w16cid:durableId="1448036892">
    <w:abstractNumId w:val="3"/>
  </w:num>
  <w:num w:numId="7" w16cid:durableId="221256872">
    <w:abstractNumId w:val="2"/>
  </w:num>
  <w:num w:numId="8" w16cid:durableId="270088653">
    <w:abstractNumId w:val="1"/>
  </w:num>
  <w:num w:numId="9" w16cid:durableId="1895922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2F97"/>
    <w:rsid w:val="00326F90"/>
    <w:rsid w:val="004C5153"/>
    <w:rsid w:val="00605D83"/>
    <w:rsid w:val="00951451"/>
    <w:rsid w:val="00AA1D8D"/>
    <w:rsid w:val="00B47730"/>
    <w:rsid w:val="00C40049"/>
    <w:rsid w:val="00C7393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5166AC0"/>
  <w14:defaultImageDpi w14:val="300"/>
  <w15:docId w15:val="{C115A102-5812-442C-9892-9338D7C8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te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618BF"/>
  </w:style>
  <w:style w:type="paragraph" w:styleId="Rodap">
    <w:name w:val="footer"/>
    <w:basedOn w:val="Normal"/>
    <w:link w:val="RodapCarte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ter">
    <w:name w:val="Título 1 Caráter"/>
    <w:basedOn w:val="Tipodeletrapredefinidodopargraf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te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arter"/>
    <w:uiPriority w:val="99"/>
    <w:unhideWhenUsed/>
    <w:rsid w:val="00AA1D8D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rsid w:val="00AA1D8D"/>
  </w:style>
  <w:style w:type="paragraph" w:styleId="Corpodetexto2">
    <w:name w:val="Body Text 2"/>
    <w:basedOn w:val="Normal"/>
    <w:link w:val="Corpodetexto2Carter"/>
    <w:uiPriority w:val="99"/>
    <w:unhideWhenUsed/>
    <w:rsid w:val="00AA1D8D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rsid w:val="00AA1D8D"/>
  </w:style>
  <w:style w:type="paragraph" w:styleId="Corpodetexto3">
    <w:name w:val="Body Text 3"/>
    <w:basedOn w:val="Normal"/>
    <w:link w:val="Corpodetexto3Carte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mmarc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arte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arter"/>
    <w:uiPriority w:val="29"/>
    <w:qFormat/>
    <w:rsid w:val="00FC693F"/>
    <w:rPr>
      <w:i/>
      <w:iCs/>
      <w:color w:val="000000" w:themeColor="text1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Tipodeletrapredefinidodopargrafo"/>
    <w:uiPriority w:val="22"/>
    <w:qFormat/>
    <w:rsid w:val="00FC693F"/>
    <w:rPr>
      <w:b/>
      <w:bCs/>
    </w:rPr>
  </w:style>
  <w:style w:type="character" w:styleId="nfase">
    <w:name w:val="Emphasis"/>
    <w:basedOn w:val="Tipodeletrapredefinidodopargraf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Discreta">
    <w:name w:val="Subtle Emphasis"/>
    <w:basedOn w:val="Tipodeletrapredefinidodopargraf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Tipodeletrapredefinidodopargraf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Discreta">
    <w:name w:val="Subtle Reference"/>
    <w:basedOn w:val="Tipodeletrapredefinidodopargraf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Tipodeletrapredefinidodopar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Tipodeletrapredefinidodopargrafo"/>
    <w:uiPriority w:val="33"/>
    <w:qFormat/>
    <w:rsid w:val="00FC693F"/>
    <w:rPr>
      <w:b/>
      <w:bCs/>
      <w:smallCaps/>
      <w:spacing w:val="5"/>
    </w:rPr>
  </w:style>
  <w:style w:type="paragraph" w:styleId="Cabealhodondice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elha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Cor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Cor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Cor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Cor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Cor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Cor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Cor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Cor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Cor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Cor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elha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elhaClara-Cor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elhaClara-Cor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elhaClara-Cor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elhaClara-Cor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elhaClara-Cor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Cor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Cor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Cor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Cor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Cor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elha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Mdia1-Cor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Mdia1-Cor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Mdia1-Cor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Mdia1-Cor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Mdia1-Cor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elha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elhaMdia3-Cor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elhaMdia3-Cor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elhaMdia3-Cor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elhaMdia3-Cor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elhaMdia3-Cor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Cor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Cor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Cor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Cor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Cor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Cor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Cor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Cor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Cor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Cor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elha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elhaColorida-Cor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elhaColorida-Cor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elhaColorida-Cor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elhaColorida-Cor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elhaColorida-Cor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Gimesio Candido</cp:lastModifiedBy>
  <cp:revision>5</cp:revision>
  <dcterms:created xsi:type="dcterms:W3CDTF">2013-12-23T23:15:00Z</dcterms:created>
  <dcterms:modified xsi:type="dcterms:W3CDTF">2026-01-05T18:28:00Z</dcterms:modified>
  <cp:category/>
</cp:coreProperties>
</file>